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sz w:val="56"/>
        </w:rPr>
        <w:t>UNA HUMANIDAD,</w:t>
        <w:br/>
        <w:t>UN FUTURO</w:t>
      </w:r>
    </w:p>
    <w:p>
      <w:pPr>
        <w:jc w:val="center"/>
      </w:pPr>
      <w:r>
        <w:rPr>
          <w:i/>
          <w:sz w:val="24"/>
        </w:rPr>
        <w:t>Versión 2.0 · Texto divulgativo de Comunidad Planetaria</w:t>
      </w:r>
    </w:p>
    <w:p>
      <w:pPr>
        <w:jc w:val="center"/>
      </w:pPr>
      <w:r>
        <w:rPr>
          <w:b/>
          <w:sz w:val="30"/>
        </w:rPr>
        <w:t>¿Podemos gobernar democráticamente aquello que nos afecta a todos?</w:t>
      </w:r>
    </w:p>
    <w:p>
      <w:pPr>
        <w:jc w:val="center"/>
      </w:pPr>
      <w:r>
        <w:rPr>
          <w:b w:val="0"/>
          <w:i w:val="0"/>
        </w:rPr>
        <w:t>Somos más de ocho mil millones de personas. Vivimos en un solo planeta. Compartimos la atmósfera, los océanos, el clima, los grandes riesgos y un futuro común.</w:t>
      </w:r>
    </w:p>
    <w:p>
      <w:pPr>
        <w:jc w:val="center"/>
      </w:pPr>
      <w:r>
        <w:rPr>
          <w:b w:val="0"/>
          <w:i w:val="0"/>
        </w:rPr>
        <w:t>Sin embargo, todavía no disponemos de una democracia común para decidir sobre aquellos problemas que afectan a toda la humanidad.</w:t>
      </w:r>
    </w:p>
    <w:p>
      <w:pPr>
        <w:jc w:val="center"/>
      </w:pPr>
      <w:r>
        <w:rPr>
          <w:b/>
          <w:i w:val="0"/>
        </w:rPr>
        <w:t>¿Ha llegado el momento de empezar a construirla?</w:t>
      </w:r>
    </w:p>
    <w:p>
      <w:pPr>
        <w:pStyle w:val="Heading1"/>
      </w:pPr>
      <w:r>
        <w:t>Una propuesta abierta, no una verdad impuesta</w:t>
      </w:r>
    </w:p>
    <w:p>
      <w:r>
        <w:rPr>
          <w:b w:val="0"/>
          <w:i w:val="0"/>
        </w:rPr>
        <w:t>Comunidad Planetaria propone abrir un debate mundial: cómo podríamos construir, de forma pacífica y democrática, instituciones capaces de afrontar los problemas que ningún país puede resolver por sí solo.</w:t>
      </w:r>
    </w:p>
    <w:p>
      <w:r>
        <w:rPr>
          <w:b w:val="0"/>
          <w:i w:val="0"/>
        </w:rPr>
        <w:t>No pedimos adhesión ciega. Invitamos a leer, pensar, cuestionar, proponer y mejorar. La legitimidad de cualquier sistema planetario solo podría nacer de la libre participación de las personas.</w:t>
      </w:r>
    </w:p>
    <w:p>
      <w:pPr>
        <w:pStyle w:val="Heading1"/>
      </w:pPr>
      <w:r>
        <w:t>Una persona, el mismo valor</w:t>
      </w:r>
    </w:p>
    <w:p>
      <w:r>
        <w:rPr>
          <w:b w:val="0"/>
          <w:i w:val="0"/>
        </w:rPr>
        <w:t>Toda persona posee la misma dignidad y los mismos derechos fundamentales, viva donde viva y haya nacido donde haya nacido.</w:t>
      </w:r>
    </w:p>
    <w:p>
      <w:r>
        <w:rPr>
          <w:b w:val="0"/>
          <w:i w:val="0"/>
        </w:rPr>
        <w:t>La propuesta parte de una idea política sencilla:</w:t>
      </w:r>
    </w:p>
    <w:p>
      <w:pPr>
        <w:jc w:val="center"/>
      </w:pPr>
      <w:r>
        <w:rPr>
          <w:b/>
          <w:i w:val="0"/>
        </w:rPr>
        <w:t>UNA PERSONA · UNA IDENTIDAD DEMOCRÁTICA · UN VOTO</w:t>
      </w:r>
    </w:p>
    <w:p>
      <w:r>
        <w:rPr>
          <w:b w:val="0"/>
          <w:i w:val="0"/>
        </w:rPr>
        <w:t>Sin ciudadanos de primera y de segunda. Sin Estados con privilegios permanentes de veto. Sin que la riqueza de una persona, una empresa o una nación otorgue mayor valor político.</w:t>
      </w:r>
    </w:p>
    <w:p>
      <w:pPr>
        <w:pStyle w:val="Heading1"/>
      </w:pPr>
      <w:r>
        <w:t>Un Gobierno Planetario, pero no un supergobierno</w:t>
      </w:r>
    </w:p>
    <w:p>
      <w:r>
        <w:rPr>
          <w:b w:val="0"/>
          <w:i w:val="0"/>
        </w:rPr>
        <w:t>No proponemos borrar países, regiones, municipios, culturas, lenguas ni formas distintas de vivir. Cada comunidad debe gobernar aquello que pueda resolver adecuadamente por sí misma.</w:t>
      </w:r>
    </w:p>
    <w:p>
      <w:r>
        <w:rPr>
          <w:b w:val="0"/>
          <w:i w:val="0"/>
        </w:rPr>
        <w:t>El nivel planetario se ocuparía únicamente de cuestiones que realmente requieren cooperación mundial: la paz, los derechos fundamentales universales, los grandes riesgos ambientales, determinadas amenazas sanitarias, delitos internacionales y tecnologías capaces de producir consecuencias globales.</w:t>
      </w:r>
    </w:p>
    <w:p>
      <w:r>
        <w:rPr>
          <w:b/>
          <w:i w:val="0"/>
        </w:rPr>
        <w:t>No queremos crear el gobierno más poderoso de la historia. Queremos construir una democracia mundial en la que nadie pueda apropiarse del poder.</w:t>
      </w:r>
    </w:p>
    <w:p>
      <w:pPr>
        <w:pStyle w:val="Heading1"/>
      </w:pPr>
      <w:r>
        <w:t>La paz como principio</w:t>
      </w:r>
    </w:p>
    <w:p>
      <w:r>
        <w:rPr>
          <w:b w:val="0"/>
          <w:i w:val="0"/>
        </w:rPr>
        <w:t>La guerra no debería seguir siendo una herramienta legítima para conquistar territorio, apropiarse de recursos o imponer decisiones políticas.</w:t>
      </w:r>
    </w:p>
    <w:p>
      <w:r>
        <w:rPr>
          <w:b w:val="0"/>
          <w:i w:val="0"/>
        </w:rPr>
        <w:t>Las fronteras no deberían modificarse mediante invasión o coerción. Los conflictos deben resolverse mediante negociación, mediación, arbitraje y justicia.</w:t>
      </w:r>
    </w:p>
    <w:p>
      <w:r>
        <w:rPr>
          <w:b w:val="0"/>
          <w:i w:val="0"/>
        </w:rPr>
        <w:t>El objetivo a largo plazo es avanzar de manera gradual, recíproca y verificable hacia menos confrontación militar y hacia un sistema común de seguridad sometido a la ley y al control democrático.</w:t>
      </w:r>
    </w:p>
    <w:p>
      <w:pPr>
        <w:jc w:val="center"/>
      </w:pPr>
      <w:r>
        <w:rPr>
          <w:b/>
          <w:i w:val="0"/>
        </w:rPr>
        <w:t>MENOS RECURSOS PARA DESTRUIRNOS. MÁS RECURSOS PARA CUIDARNOS.</w:t>
      </w:r>
    </w:p>
    <w:p>
      <w:pPr>
        <w:pStyle w:val="Heading1"/>
      </w:pPr>
      <w:r>
        <w:t>Una justicia que alcance a todos</w:t>
      </w:r>
    </w:p>
    <w:p>
      <w:r>
        <w:rPr>
          <w:b w:val="0"/>
          <w:i w:val="0"/>
        </w:rPr>
        <w:t>Ningún presidente, gobierno, militar, gran fortuna, empresa o potencia debe estar por encima de la ley.</w:t>
      </w:r>
    </w:p>
    <w:p>
      <w:r>
        <w:rPr>
          <w:b w:val="0"/>
          <w:i w:val="0"/>
        </w:rPr>
        <w:t>Una Justicia Planetaria independiente actuaría solo dentro de competencias democráticamente definidas y complementaría, no sustituiría indiscriminadamente, a los sistemas judiciales locales y nacionales.</w:t>
      </w:r>
    </w:p>
    <w:p>
      <w:r>
        <w:rPr>
          <w:b w:val="0"/>
          <w:i w:val="0"/>
        </w:rPr>
        <w:t>Toda persona debería poder solicitar protección frente a vulneraciones graves de sus derechos sin depender de la voluntad política de su gobierno.</w:t>
      </w:r>
    </w:p>
    <w:p>
      <w:pPr>
        <w:pStyle w:val="Heading1"/>
      </w:pPr>
      <w:r>
        <w:t>La democracia no termina el día de las elecciones</w:t>
      </w:r>
    </w:p>
    <w:p>
      <w:r>
        <w:rPr>
          <w:b w:val="0"/>
          <w:i w:val="0"/>
        </w:rPr>
        <w:t>Elegir a un gobierno no significa entregarle un cheque en blanco. La ciudadanía debe conservar mecanismos para proponer, controlar, deliberar, votar y, con garantías, revocar a quienes ejercen el poder.</w:t>
      </w:r>
    </w:p>
    <w:p>
      <w:r>
        <w:rPr>
          <w:b w:val="0"/>
          <w:i w:val="0"/>
        </w:rPr>
        <w:t>Pero existe un límite esencial: ninguna mayoría puede decidir que una minoría deje de tener derechos fundamentales. La democracia es gobierno de la ciudadanía y, al mismo tiempo, protección de cada persona.</w:t>
      </w:r>
    </w:p>
    <w:p>
      <w:pPr>
        <w:pStyle w:val="Heading1"/>
      </w:pPr>
      <w:r>
        <w:t>Propiedad, economía y bien común</w:t>
      </w:r>
    </w:p>
    <w:p>
      <w:r>
        <w:rPr>
          <w:b w:val="0"/>
          <w:i w:val="0"/>
        </w:rPr>
        <w:t>La propiedad privada, la iniciativa y la innovación pueden ser compatibles con una sociedad libre. Pero ningún derecho es ilimitado cuando su ejercicio causa daños graves a otras personas, a bienes indispensables para la vida o a los sistemas naturales de los que todos dependemos.</w:t>
      </w:r>
    </w:p>
    <w:p>
      <w:r>
        <w:rPr>
          <w:b w:val="0"/>
          <w:i w:val="0"/>
        </w:rPr>
        <w:t>La riqueza económica tampoco debería poder transformarse en dominio político. El dinero no debe comprar votos, leyes ni gobiernos.</w:t>
      </w:r>
    </w:p>
    <w:p>
      <w:r>
        <w:rPr>
          <w:b w:val="0"/>
          <w:i w:val="0"/>
        </w:rPr>
        <w:t>Una comunidad planetaria debería aspirar a que toda persona pueda acceder progresivamente a lo indispensable para una vida digna: agua, alimentación, saneamiento, vivienda, sanidad, educación y energía básica.</w:t>
      </w:r>
    </w:p>
    <w:p>
      <w:r>
        <w:rPr>
          <w:b w:val="0"/>
          <w:i w:val="0"/>
        </w:rPr>
        <w:t>No se trata de que todos tengan exactamente lo mismo. Se trata de que nadie carezca de lo esencial y de que nadie pueda apropiarse de un poder político superior simplemente por acumular riqueza.</w:t>
      </w:r>
    </w:p>
    <w:p>
      <w:pPr>
        <w:pStyle w:val="Heading1"/>
      </w:pPr>
      <w:r>
        <w:t>La Tierra no pertenece solo al presente</w:t>
      </w:r>
    </w:p>
    <w:p>
      <w:r>
        <w:rPr>
          <w:b w:val="0"/>
          <w:i w:val="0"/>
        </w:rPr>
        <w:t>Compartimos el planeta con millones de especies y dependemos de ecosistemas que no hemos creado.</w:t>
      </w:r>
    </w:p>
    <w:p>
      <w:r>
        <w:rPr>
          <w:b w:val="0"/>
          <w:i w:val="0"/>
        </w:rPr>
        <w:t>La atmósfera, los océanos, el clima y la biodiversidad requieren protección común. Las generaciones futuras tampoco pueden defender hoy sus propios intereses.</w:t>
      </w:r>
    </w:p>
    <w:p>
      <w:r>
        <w:rPr>
          <w:b w:val="0"/>
          <w:i w:val="0"/>
        </w:rPr>
        <w:t>Por ello proponemos una Defensoría Planetaria de los Derechos, la Vida y las Generaciones Futuras, independiente del gobierno y con capacidad para cuestionar decisiones que puedan causar daños graves o irreversibles.</w:t>
      </w:r>
    </w:p>
    <w:p>
      <w:pPr>
        <w:pStyle w:val="Heading1"/>
      </w:pPr>
      <w:r>
        <w:t>Inteligencia artificial: conocimiento sin soberanía</w:t>
      </w:r>
    </w:p>
    <w:p>
      <w:r>
        <w:rPr>
          <w:b w:val="0"/>
          <w:i w:val="0"/>
        </w:rPr>
        <w:t>La inteligencia artificial puede ayudarnos a analizar enormes cantidades de información, comparar soluciones, detectar contradicciones y estudiar consecuencias.</w:t>
      </w:r>
    </w:p>
    <w:p>
      <w:r>
        <w:rPr>
          <w:b w:val="0"/>
          <w:i w:val="0"/>
        </w:rPr>
        <w:t>Pero existe una frontera fundamental:</w:t>
      </w:r>
    </w:p>
    <w:p>
      <w:pPr>
        <w:jc w:val="center"/>
      </w:pPr>
      <w:r>
        <w:rPr>
          <w:b/>
          <w:i w:val="0"/>
        </w:rPr>
        <w:t>LA IA PUEDE AYUDARNOS A PENSAR. NO DEBE APROPIARSE DEL DERECHO DE LAS PERSONAS A DECIDIR.</w:t>
      </w:r>
    </w:p>
    <w:p>
      <w:r>
        <w:rPr>
          <w:b w:val="0"/>
          <w:i w:val="0"/>
        </w:rPr>
        <w:t>Ninguna inteligencia artificial tendrá por sí misma autoridad para gobernar, legislar, condenar personas, declarar guerras o suspender derechos.</w:t>
      </w:r>
    </w:p>
    <w:p>
      <w:r>
        <w:rPr>
          <w:b w:val="0"/>
          <w:i w:val="0"/>
        </w:rPr>
        <w:t>Y ningún responsable público podrá esconderse detrás de una máquina diciendo: «lo decidió el algoritmo». Siempre deberá existir responsabilidad humana e institucional.</w:t>
      </w:r>
    </w:p>
    <w:p>
      <w:pPr>
        <w:pStyle w:val="Heading1"/>
      </w:pPr>
      <w:r>
        <w:t>Preguntas difíciles</w:t>
      </w:r>
    </w:p>
    <w:p>
      <w:r>
        <w:rPr>
          <w:b/>
        </w:rPr>
        <w:t>¿Un Gobierno Planetario no podría convertirse en una enorme dictadura?</w:t>
      </w:r>
    </w:p>
    <w:p>
      <w:pPr>
        <w:ind w:left="288"/>
      </w:pPr>
      <w:r>
        <w:t>Ese es precisamente uno de los riesgos centrales que la propuesta intenta evitar. Cuanto mayor sea el poder, mayores deben ser sus límites: separación de poderes, justicia independiente, elecciones libres, mandatos limitados, transparencia y capacidad ciudadana de revocar a los gobernantes.</w:t>
      </w:r>
    </w:p>
    <w:p>
      <w:r>
        <w:rPr>
          <w:b/>
        </w:rPr>
        <w:t>¿Queréis eliminar los países?</w:t>
      </w:r>
    </w:p>
    <w:p>
      <w:pPr>
        <w:ind w:left="288"/>
      </w:pPr>
      <w:r>
        <w:t>No. El principio de subsidiariedad pretende que municipios, regiones y Estados mantengan todo aquello que puedan gobernar adecuadamente. Solo los problemas genuinamente planetarios justifican competencias planetarias.</w:t>
      </w:r>
    </w:p>
    <w:p>
      <w:r>
        <w:rPr>
          <w:b/>
        </w:rPr>
        <w:t>¿Gobernaría la inteligencia artificial?</w:t>
      </w:r>
    </w:p>
    <w:p>
      <w:pPr>
        <w:ind w:left="288"/>
      </w:pPr>
      <w:r>
        <w:t>No. La IA puede investigar, contrastar, explicar y proponer. La soberanía política pertenece a las personas.</w:t>
      </w:r>
    </w:p>
    <w:p>
      <w:r>
        <w:rPr>
          <w:b/>
        </w:rPr>
        <w:t>¿Quién ha decidido que esta Constitución es la correcta?</w:t>
      </w:r>
    </w:p>
    <w:p>
      <w:pPr>
        <w:ind w:left="288"/>
      </w:pPr>
      <w:r>
        <w:t>Nadie. La Constitución Democrática Planetaria 4.0 es una propuesta de trabajo. Debe ser criticada, corregida y mejorada. Su eventual legitimidad solo podría proceder de procesos democráticos.</w:t>
      </w:r>
    </w:p>
    <w:p>
      <w:r>
        <w:rPr>
          <w:b/>
        </w:rPr>
        <w:t>¿Quién está detrás de la propuesta?</w:t>
      </w:r>
    </w:p>
    <w:p>
      <w:pPr>
        <w:ind w:left="288"/>
      </w:pPr>
      <w:r>
        <w:t>Los documentos se presentan como fruto de inteligencia artificial plural, contraste crítico y participación humana anónima. Las ideas deben evaluarse por sus argumentos, evidencias y consecuencias, no por la identidad de quien las formule.</w:t>
      </w:r>
    </w:p>
    <w:p>
      <w:pPr>
        <w:pStyle w:val="Heading1"/>
      </w:pPr>
      <w:r>
        <w:t>No se trata de imponer esta idea</w:t>
      </w:r>
    </w:p>
    <w:p>
      <w:r>
        <w:rPr>
          <w:b w:val="0"/>
          <w:i w:val="0"/>
        </w:rPr>
        <w:t>Comunidad Planetaria no pretende poseer la verdad. Esta propuesta puede contener errores y deberá evolucionar con las críticas, la evidencia y la experiencia.</w:t>
      </w:r>
    </w:p>
    <w:p>
      <w:r>
        <w:rPr>
          <w:b w:val="0"/>
          <w:i w:val="0"/>
        </w:rPr>
        <w:t>No pertenece a un partido, un país, una empresa, una persona ni una inteligencia artificial concreta.</w:t>
      </w:r>
    </w:p>
    <w:p>
      <w:r>
        <w:rPr>
          <w:b w:val="0"/>
          <w:i w:val="0"/>
        </w:rPr>
        <w:t>Su principio metodológico es sencillo: ninguna propuesta será verdadera por proceder de una autoridad, de una mayoría o de una IA. Debe poder ser cuestionada.</w:t>
      </w:r>
    </w:p>
    <w:p>
      <w:pPr>
        <w:pStyle w:val="Heading1"/>
      </w:pPr>
      <w:r>
        <w:t>Una pregunta para la humanidad</w:t>
      </w:r>
    </w:p>
    <w:p>
      <w:r>
        <w:rPr>
          <w:b w:val="0"/>
          <w:i w:val="0"/>
        </w:rPr>
        <w:t>Quizá una democracia planetaria parezca hoy demasiado ambiciosa. No es necesario resolverla mañana para empezar a pensarla hoy.</w:t>
      </w:r>
    </w:p>
    <w:p>
      <w:r>
        <w:rPr>
          <w:b w:val="0"/>
          <w:i w:val="0"/>
        </w:rPr>
        <w:t>La primera pregunta es mucho más sencilla:</w:t>
      </w:r>
    </w:p>
    <w:p>
      <w:pPr>
        <w:jc w:val="center"/>
      </w:pPr>
      <w:r>
        <w:rPr>
          <w:b/>
          <w:i w:val="0"/>
        </w:rPr>
        <w:t>¿PODEMOS EMPEZAR A DECIDIR DEMOCRÁTICAMENTE CÓMO DEBERÍAN GOBERNARSE LOS PROBLEMAS QUE YA NOS AFECTAN A TODOS?</w:t>
      </w:r>
    </w:p>
    <w:p>
      <w:r>
        <w:rPr>
          <w:b w:val="0"/>
          <w:i w:val="0"/>
        </w:rPr>
        <w:t>Si la respuesta es sí, ya existe un punto de partida.</w:t>
      </w:r>
    </w:p>
    <w:p>
      <w:pPr>
        <w:pStyle w:val="Heading1"/>
      </w:pPr>
      <w:r>
        <w:t>¿Cómo participar?</w:t>
      </w:r>
    </w:p>
    <w:p>
      <w:r>
        <w:rPr>
          <w:b w:val="0"/>
          <w:i w:val="0"/>
        </w:rPr>
        <w:t>Comunidad Planetaria propone cuatro formas sencillas de entrar en el proyecto:</w:t>
      </w:r>
    </w:p>
    <w:p>
      <w:pPr>
        <w:pStyle w:val="ListBullet"/>
      </w:pPr>
      <w:r>
        <w:rPr>
          <w:b/>
        </w:rPr>
        <w:t xml:space="preserve">ENTENDER LA IDEA: </w:t>
      </w:r>
      <w:r>
        <w:t>Leer este documento y los materiales explicativos.</w:t>
      </w:r>
    </w:p>
    <w:p>
      <w:pPr>
        <w:pStyle w:val="ListBullet"/>
      </w:pPr>
      <w:r>
        <w:rPr>
          <w:b/>
        </w:rPr>
        <w:t xml:space="preserve">LEER LA CONSTITUCIÓN: </w:t>
      </w:r>
      <w:r>
        <w:t>Consultar la Constitución Democrática Planetaria 4.0 completa.</w:t>
      </w:r>
    </w:p>
    <w:p>
      <w:pPr>
        <w:pStyle w:val="ListBullet"/>
      </w:pPr>
      <w:r>
        <w:rPr>
          <w:b/>
        </w:rPr>
        <w:t xml:space="preserve">CUESTIONAR Y PROPONER: </w:t>
      </w:r>
      <w:r>
        <w:t>Enviar críticas, objeciones y propuestas de modificación.</w:t>
      </w:r>
    </w:p>
    <w:p>
      <w:pPr>
        <w:pStyle w:val="ListBullet"/>
      </w:pPr>
      <w:r>
        <w:rPr>
          <w:b/>
        </w:rPr>
        <w:t xml:space="preserve">PARTICIPAR: </w:t>
      </w:r>
      <w:r>
        <w:t>Sumarse al debate, colaborar en el contraste y ayudar a difundir una conversación democrática y pacífica.</w:t>
      </w:r>
    </w:p>
    <w:p>
      <w:pPr>
        <w:jc w:val="center"/>
      </w:pPr>
      <w:r>
        <w:rPr>
          <w:b/>
          <w:i w:val="0"/>
        </w:rPr>
        <w:t>Web: www.comunidadplanetaria.org</w:t>
      </w:r>
    </w:p>
    <w:p>
      <w:pPr>
        <w:jc w:val="center"/>
      </w:pPr>
      <w:r>
        <w:rPr>
          <w:b w:val="0"/>
          <w:i w:val="0"/>
        </w:rPr>
        <w:t>Contacto: puntodeencuentro@comunidadplanetaria.org</w:t>
      </w:r>
    </w:p>
    <w:p>
      <w:pPr>
        <w:pStyle w:val="Heading1"/>
      </w:pPr>
      <w:r>
        <w:t>Declaración</w:t>
      </w:r>
    </w:p>
    <w:p>
      <w:pPr>
        <w:jc w:val="center"/>
      </w:pPr>
      <w:r>
        <w:rPr>
          <w:b/>
          <w:i w:val="0"/>
        </w:rPr>
        <w:t>UNA HUMANIDAD.</w:t>
      </w:r>
    </w:p>
    <w:p>
      <w:pPr>
        <w:jc w:val="center"/>
      </w:pPr>
      <w:r>
        <w:rPr>
          <w:b/>
          <w:i w:val="0"/>
        </w:rPr>
        <w:t>IGUAL DIGNIDAD.</w:t>
      </w:r>
    </w:p>
    <w:p>
      <w:pPr>
        <w:jc w:val="center"/>
      </w:pPr>
      <w:r>
        <w:rPr>
          <w:b/>
          <w:i w:val="0"/>
        </w:rPr>
        <w:t>IGUALES DERECHOS FUNDAMENTALES.</w:t>
      </w:r>
    </w:p>
    <w:p>
      <w:pPr>
        <w:jc w:val="center"/>
      </w:pPr>
      <w:r>
        <w:rPr>
          <w:b/>
          <w:i w:val="0"/>
        </w:rPr>
        <w:t>UNA PERSONA, UN VOTO.</w:t>
      </w:r>
    </w:p>
    <w:p>
      <w:pPr>
        <w:jc w:val="center"/>
      </w:pPr>
      <w:r>
        <w:rPr>
          <w:b/>
          <w:i w:val="0"/>
        </w:rPr>
        <w:t>NINGÚN PODER POR ENCIMA DE LA LEY.</w:t>
      </w:r>
    </w:p>
    <w:p>
      <w:pPr>
        <w:jc w:val="center"/>
      </w:pPr>
      <w:r>
        <w:rPr>
          <w:b/>
          <w:i w:val="0"/>
        </w:rPr>
        <w:t>NINGUNA PERSONA POR DEBAJO DE LOS DERECHOS.</w:t>
      </w:r>
    </w:p>
    <w:p>
      <w:pPr>
        <w:jc w:val="center"/>
      </w:pPr>
      <w:r>
        <w:rPr>
          <w:b/>
          <w:i w:val="0"/>
        </w:rPr>
        <w:t>LA PAZ COMO PRINCIPIO.</w:t>
      </w:r>
    </w:p>
    <w:p>
      <w:pPr>
        <w:jc w:val="center"/>
      </w:pPr>
      <w:r>
        <w:rPr>
          <w:b/>
          <w:i w:val="0"/>
        </w:rPr>
        <w:t>LA JUSTICIA COMO GARANTÍA.</w:t>
      </w:r>
    </w:p>
    <w:p>
      <w:pPr>
        <w:jc w:val="center"/>
      </w:pPr>
      <w:r>
        <w:rPr>
          <w:b/>
          <w:i w:val="0"/>
        </w:rPr>
        <w:t>LA DEMOCRACIA COMO FUENTE DEL PODER.</w:t>
      </w:r>
    </w:p>
    <w:p>
      <w:pPr>
        <w:jc w:val="center"/>
      </w:pPr>
      <w:r>
        <w:rPr>
          <w:b/>
          <w:i w:val="0"/>
        </w:rPr>
        <w:t>EL CONOCIMIENTO COMO HERRAMIENTA.</w:t>
      </w:r>
    </w:p>
    <w:p>
      <w:pPr>
        <w:jc w:val="center"/>
      </w:pPr>
      <w:r>
        <w:rPr>
          <w:b/>
          <w:i w:val="0"/>
        </w:rPr>
        <w:t>LA TIERRA Y LA VIDA COMO RESPONSABILIDAD COMÚN.</w:t>
      </w:r>
    </w:p>
    <w:p>
      <w:pPr>
        <w:jc w:val="center"/>
      </w:pPr>
      <w:r>
        <w:rPr>
          <w:b/>
          <w:i w:val="0"/>
        </w:rPr>
        <w:t>LEE · PIENSA · CUESTIONA · PROPÓN · MEJORA · DECIDE LIBREMENTE</w:t>
      </w:r>
    </w:p>
    <w:p>
      <w:pPr>
        <w:jc w:val="center"/>
      </w:pPr>
      <w:r>
        <w:rPr>
          <w:b w:val="0"/>
          <w:i/>
        </w:rPr>
        <w:t>El futuro del planeta afecta a todos. Su discusión también debe pertenecer a todos.</w:t>
      </w:r>
    </w:p>
    <w:p/>
    <w:p>
      <w:pPr>
        <w:jc w:val="center"/>
      </w:pPr>
      <w:r>
        <w:rPr>
          <w:i/>
          <w:sz w:val="18"/>
        </w:rPr>
        <w:t>Texto divulgativo 2.0 · Comunidad Planetaria · Documento colectivo y anónimo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Una Humanidad, un Futuro - Versión 2.0</dc:title>
  <dc:subject>Texto divulgativo de Comunidad Planetaria</dc:subject>
  <dc:creator>Comunidad Planetaria - autoría colectiva y anónima</dc:creator>
  <cp:keywords>Comunidad Planetaria, democracia planetaria, Constitución Democrática Planetaria</cp:keywords>
  <dc:description>Documento divulgativo para publicación web.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